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6"/>
        </w:rPr>
        <w:t>Doklad o kontrole provozuschopnosti hasicích přístrojů a PBZ</w:t>
      </w:r>
    </w:p>
    <w:p>
      <w:r>
        <w:rPr>
          <w:color w:val="64748B"/>
          <w:sz w:val="18"/>
        </w:rPr>
        <w:t>Vzor dle § 7 odst. 4, § 9 odst. 6 a § 10 odst. 1 vyhlášky č. 246/2001 Sb., o požární prevenci · servisasklad.cz</w:t>
      </w:r>
    </w:p>
    <w:p>
      <w:r>
        <w:rPr>
          <w:b/>
          <w:color w:val="16A34A"/>
          <w:sz w:val="24"/>
        </w:rPr>
        <w:t>1. Identifikace provozovatele, objektu a kontrolující osoby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Provozovatel (název firmy / jméno, sídlo, IČO)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Kontrolovaný objekt / provozovna / požární úsek (adresa)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provedení kontroly provozuschopnosti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Termín příští pravidelné roční kontroly (nejpozději za 12 měsíců)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Kontrolu provedl (jméno, příjmení, číslo osvědčení / oprávnění výrobce)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2. Soupis kontrolovaných hasicích přístrojů a PBZ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</w:tcPr>
          <w:p>
            <w:r>
              <w:rPr>
                <w:b/>
                <w:sz w:val="18"/>
              </w:rPr>
              <w:t>Poř. č.</w:t>
            </w:r>
          </w:p>
        </w:tc>
        <w:tc>
          <w:tcPr>
            <w:tcW w:type="dxa" w:w="1425"/>
          </w:tcPr>
          <w:p>
            <w:r>
              <w:rPr>
                <w:b/>
                <w:sz w:val="18"/>
              </w:rPr>
              <w:t>Umístění (NP, místnost)</w:t>
            </w:r>
          </w:p>
        </w:tc>
        <w:tc>
          <w:tcPr>
            <w:tcW w:type="dxa" w:w="1425"/>
          </w:tcPr>
          <w:p>
            <w:r>
              <w:rPr>
                <w:b/>
                <w:sz w:val="18"/>
              </w:rPr>
              <w:t>Typ a druh (PG/S/V/P/hydrant)</w:t>
            </w:r>
          </w:p>
        </w:tc>
        <w:tc>
          <w:tcPr>
            <w:tcW w:type="dxa" w:w="1425"/>
          </w:tcPr>
          <w:p>
            <w:r>
              <w:rPr>
                <w:b/>
                <w:sz w:val="18"/>
              </w:rPr>
              <w:t>Výrobní číslo / rok výr.</w:t>
            </w:r>
          </w:p>
        </w:tc>
        <w:tc>
          <w:tcPr>
            <w:tcW w:type="dxa" w:w="1425"/>
          </w:tcPr>
          <w:p>
            <w:r>
              <w:rPr>
                <w:b/>
                <w:sz w:val="18"/>
              </w:rPr>
              <w:t>Periodická zkouška (rok)</w:t>
            </w:r>
          </w:p>
        </w:tc>
        <w:tc>
          <w:tcPr>
            <w:tcW w:type="dxa" w:w="1425"/>
          </w:tcPr>
          <w:p>
            <w:r>
              <w:rPr>
                <w:b/>
                <w:sz w:val="18"/>
              </w:rPr>
              <w:t>Štítek a plomba</w:t>
            </w:r>
          </w:p>
        </w:tc>
        <w:tc>
          <w:tcPr>
            <w:tcW w:type="dxa" w:w="1425"/>
          </w:tcPr>
          <w:p>
            <w:r>
              <w:rPr>
                <w:b/>
                <w:sz w:val="18"/>
              </w:rPr>
              <w:t>Výsledek (provozuschopný / závada)</w:t>
            </w:r>
          </w:p>
        </w:tc>
      </w:tr>
      <w:tr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</w:tr>
      <w:tr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</w:tr>
      <w:tr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</w:tr>
      <w:tr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</w:tr>
      <w:tr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</w:tr>
      <w:tr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</w:tr>
      <w:tr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</w:tr>
      <w:tr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</w:tr>
      <w:tr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</w:tr>
      <w:tr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  <w:tc>
          <w:tcPr>
            <w:tcW w:type="dxa" w:w="1425"/>
          </w:tcPr>
          <w:p/>
        </w:tc>
      </w:tr>
    </w:tbl>
    <w:p/>
    <w:p>
      <w:r>
        <w:rPr>
          <w:b/>
          <w:color w:val="16A34A"/>
          <w:sz w:val="24"/>
        </w:rPr>
        <w:t>3. Zjištěné závady, vyřazené přístroje a opatření (§ 9 odst. 4 a 5 vyhl. č. 246/2001 Sb.)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Popis zjištěných závad (nepřístupnost, výška rukojeti &gt; 1,5 m, chybějící plomba, pokles tlaku, věk &gt; 20/40 let)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Počet přístrojů odvezených na periodickou zkoušku / opravu a poskytnutá náhrada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Celkový výrok o provozuschopnosti kontrolovaných prostředků PO a PBZ</w:t>
            </w:r>
          </w:p>
        </w:tc>
        <w:tc>
          <w:tcPr>
            <w:tcW w:type="dxa" w:w="6520"/>
          </w:tcPr>
          <w:p>
            <w:r/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Kontrolující osoba / technik (podpis, razítko a č. oprávnění)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Za provozovatele doklad převzal (jméno, datum, podpis)</w:t>
            </w:r>
          </w:p>
        </w:tc>
      </w:tr>
    </w:tbl>
    <w:p/>
    <w:p>
      <w:r>
        <w:rPr>
          <w:color w:val="64748B"/>
          <w:sz w:val="16"/>
        </w:rPr>
        <w:t>Vzor zdarma ze servisasklad.cz/vzory/kontrola-hasicich-pristroju podle §§ 7, 9 a 10 vyhlášky č. 246/2001 Sb., o požární prevenci.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