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Reklamační protokol</w:t>
      </w:r>
    </w:p>
    <w:p>
      <w:r>
        <w:rPr>
          <w:color w:val="64748B"/>
          <w:sz w:val="18"/>
        </w:rPr>
        <w:t>Vzor servisasklad.cz · uplatnění a vyřízení reklamace opravy nebo dodaného dílu</w:t>
      </w:r>
    </w:p>
    <w:p>
      <w:r>
        <w:rPr>
          <w:b/>
          <w:color w:val="16A34A"/>
          <w:sz w:val="24"/>
        </w:rPr>
        <w:t>Identifikace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Dodavatel / zhotovitel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IČO / DIČ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Zákazník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Kontakt (telefon, e-mail)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Číslo reklamace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uplatnění reklamace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Doklad o koupi / zakázka č.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dodání nebo opravy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Reklamovaný předmět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Zařízení / díl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Výrobní (sériové) číslo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 počitadla / motohodiny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Popis vady podle zákazníka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r>
        <w:rPr>
          <w:b/>
          <w:color w:val="16A34A"/>
          <w:sz w:val="24"/>
        </w:rPr>
        <w:t>Požadovaný způsob vyřízení</w:t>
      </w:r>
    </w:p>
    <w:p>
      <w:pPr>
        <w:pStyle w:val="ListBullet"/>
      </w:pPr>
      <w:r>
        <w:t>Odstranění vady opravou</w:t>
      </w:r>
    </w:p>
    <w:p>
      <w:pPr>
        <w:pStyle w:val="ListBullet"/>
      </w:pPr>
      <w:r>
        <w:t>Dodání nové věci / chybějící části</w:t>
      </w:r>
    </w:p>
    <w:p>
      <w:pPr>
        <w:pStyle w:val="ListBullet"/>
      </w:pPr>
      <w:r>
        <w:t>Přiměřená sleva z ceny</w:t>
      </w:r>
    </w:p>
    <w:p>
      <w:pPr>
        <w:pStyle w:val="ListBullet"/>
      </w:pPr>
      <w:r>
        <w:t>Odstoupení od smlouvy</w:t>
      </w:r>
    </w:p>
    <w:p>
      <w:r>
        <w:rPr>
          <w:b/>
          <w:color w:val="16A34A"/>
          <w:sz w:val="24"/>
        </w:rPr>
        <w:t>Posouzení dodavatele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Datum převzetí k posouzení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Zjištěná příčina vady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Reklamace uznána / neuznána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Způsob vyřízení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vyřízení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dodavatele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zákazníka</w:t>
            </w:r>
          </w:p>
        </w:tc>
      </w:tr>
    </w:tbl>
    <w:p/>
    <w:p>
      <w:r>
        <w:rPr>
          <w:color w:val="64748B"/>
          <w:sz w:val="16"/>
        </w:rPr>
        <w:t>Vzor zdarma ze servisasklad.cz/vzory/reklamacni-protokol.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